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7B7B8" w14:textId="77777777" w:rsidR="002C1D31" w:rsidRPr="00C104AF" w:rsidRDefault="00C104AF" w:rsidP="00C104AF">
      <w:pPr>
        <w:spacing w:after="0" w:line="240" w:lineRule="auto"/>
        <w:rPr>
          <w:b/>
          <w:bCs/>
          <w:sz w:val="28"/>
          <w:szCs w:val="28"/>
        </w:rPr>
      </w:pPr>
      <w:r w:rsidRPr="00C104AF">
        <w:rPr>
          <w:b/>
          <w:bCs/>
          <w:sz w:val="28"/>
          <w:szCs w:val="28"/>
        </w:rPr>
        <w:t>Under 18s consent form for image use</w:t>
      </w:r>
    </w:p>
    <w:p w14:paraId="539FEB94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(for all people under 18 years of age)</w:t>
      </w:r>
    </w:p>
    <w:p w14:paraId="391D6F86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394C2A97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Complete this form if this is about the image use and/or photography of your child or</w:t>
      </w:r>
    </w:p>
    <w:p w14:paraId="4A239CC2" w14:textId="4B9E86A3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complete this form if this is about image use and/or photography of a child or young person (under 18 years of age) you are responsible for.</w:t>
      </w:r>
    </w:p>
    <w:p w14:paraId="53418D27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14D0E05F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I (adult’s name) _______________________________________________________________</w:t>
      </w:r>
    </w:p>
    <w:p w14:paraId="2C3C4FC4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20CCCEF9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Of (adult’s address)</w:t>
      </w:r>
    </w:p>
    <w:p w14:paraId="6C2CE5D8" w14:textId="249FBAD9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 xml:space="preserve"> ________________________________________________________________________</w:t>
      </w:r>
    </w:p>
    <w:p w14:paraId="117A82F0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23FDE138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 xml:space="preserve">Being the parent of or person responsible for (child or young person’s name) </w:t>
      </w:r>
    </w:p>
    <w:p w14:paraId="5DB5E561" w14:textId="28B89A86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________________________________________________________________________</w:t>
      </w:r>
    </w:p>
    <w:p w14:paraId="262D9162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3D2F1998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of (child’s address)</w:t>
      </w:r>
    </w:p>
    <w:p w14:paraId="52F5B083" w14:textId="77A94463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________________________________________________________________________</w:t>
      </w:r>
    </w:p>
    <w:p w14:paraId="368178B1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7E0FB8A3" w14:textId="3E6D159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I agree (please tick) that the image of ___________________</w:t>
      </w:r>
      <w:proofErr w:type="gramStart"/>
      <w:r w:rsidRPr="00C104AF">
        <w:rPr>
          <w:sz w:val="24"/>
          <w:szCs w:val="24"/>
        </w:rPr>
        <w:t>_(</w:t>
      </w:r>
      <w:proofErr w:type="gramEnd"/>
      <w:r w:rsidRPr="00C104AF">
        <w:rPr>
          <w:sz w:val="24"/>
          <w:szCs w:val="24"/>
        </w:rPr>
        <w:t>child’s name) be used by the artist __________________________</w:t>
      </w:r>
      <w:proofErr w:type="gramStart"/>
      <w:r w:rsidRPr="00C104AF">
        <w:rPr>
          <w:sz w:val="24"/>
          <w:szCs w:val="24"/>
        </w:rPr>
        <w:t>_(</w:t>
      </w:r>
      <w:proofErr w:type="gramEnd"/>
      <w:r w:rsidRPr="00C104AF">
        <w:rPr>
          <w:sz w:val="24"/>
          <w:szCs w:val="24"/>
        </w:rPr>
        <w:t>name of artist) in the creation of an artwork and that the artwork be submitted to the Richard Roberts St Chad’s &amp; St John’s Photographic Contest.</w:t>
      </w:r>
    </w:p>
    <w:p w14:paraId="3C2B2DD1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5F897447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 xml:space="preserve">I agree (please tick) that the name of the child can be referenced in relation to the title and </w:t>
      </w:r>
    </w:p>
    <w:p w14:paraId="373EC154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description of the artwork. Or an agreed name (</w:t>
      </w:r>
      <w:proofErr w:type="gramStart"/>
      <w:r w:rsidRPr="00C104AF">
        <w:rPr>
          <w:sz w:val="24"/>
          <w:szCs w:val="24"/>
        </w:rPr>
        <w:t>ie;</w:t>
      </w:r>
      <w:proofErr w:type="gramEnd"/>
      <w:r w:rsidRPr="00C104AF">
        <w:rPr>
          <w:sz w:val="24"/>
          <w:szCs w:val="24"/>
        </w:rPr>
        <w:t xml:space="preserve"> first name only, nickname, or pseudonym) </w:t>
      </w:r>
    </w:p>
    <w:p w14:paraId="7D8B7ED1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_________________________________</w:t>
      </w:r>
      <w:proofErr w:type="gramStart"/>
      <w:r w:rsidRPr="00C104AF">
        <w:rPr>
          <w:sz w:val="24"/>
          <w:szCs w:val="24"/>
        </w:rPr>
        <w:t>_(</w:t>
      </w:r>
      <w:proofErr w:type="gramEnd"/>
      <w:r w:rsidRPr="00C104AF">
        <w:rPr>
          <w:sz w:val="24"/>
          <w:szCs w:val="24"/>
        </w:rPr>
        <w:t>agreed name)</w:t>
      </w:r>
    </w:p>
    <w:p w14:paraId="6B8D06D1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1C4B7989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I agree that the finished artwork can be reproduced:</w:t>
      </w:r>
    </w:p>
    <w:p w14:paraId="16824F1E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In print (please tick)</w:t>
      </w:r>
    </w:p>
    <w:p w14:paraId="2021FD47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On the web (please tick)</w:t>
      </w:r>
    </w:p>
    <w:p w14:paraId="52FE5C4B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1DB690CA" w14:textId="330AAAEC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I understand that if the artwork is a prize-winner in the Richard Roberts St Chad’s &amp; St John’s Photographic Contest, then the work will be acquired by St Chad’s &amp; St John’s Colleges and remain part of its collection, in perpetuity.</w:t>
      </w:r>
    </w:p>
    <w:p w14:paraId="7FDD4509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66AE5830" w14:textId="77777777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Signed ____________________________________________</w:t>
      </w:r>
    </w:p>
    <w:p w14:paraId="497A1542" w14:textId="77777777" w:rsidR="002C1D31" w:rsidRPr="00C104AF" w:rsidRDefault="002C1D31" w:rsidP="00C104AF">
      <w:pPr>
        <w:spacing w:after="0" w:line="240" w:lineRule="auto"/>
        <w:rPr>
          <w:sz w:val="24"/>
          <w:szCs w:val="24"/>
        </w:rPr>
      </w:pPr>
    </w:p>
    <w:p w14:paraId="6B8E6D6D" w14:textId="4FEB5398" w:rsidR="002C1D31" w:rsidRPr="00C104AF" w:rsidRDefault="00C104AF" w:rsidP="00C104AF">
      <w:pPr>
        <w:spacing w:after="0" w:line="240" w:lineRule="auto"/>
        <w:rPr>
          <w:sz w:val="24"/>
          <w:szCs w:val="24"/>
        </w:rPr>
      </w:pPr>
      <w:r w:rsidRPr="00C104AF">
        <w:rPr>
          <w:sz w:val="24"/>
          <w:szCs w:val="24"/>
        </w:rPr>
        <w:t>Date _____________________________________________</w:t>
      </w:r>
    </w:p>
    <w:sectPr w:rsidR="002C1D31" w:rsidRPr="00C104AF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4E1D2" w14:textId="77777777" w:rsidR="00C104AF" w:rsidRDefault="00C104AF" w:rsidP="00C104AF">
      <w:pPr>
        <w:spacing w:after="0" w:line="240" w:lineRule="auto"/>
      </w:pPr>
      <w:r>
        <w:separator/>
      </w:r>
    </w:p>
  </w:endnote>
  <w:endnote w:type="continuationSeparator" w:id="0">
    <w:p w14:paraId="7B492FB4" w14:textId="77777777" w:rsidR="00C104AF" w:rsidRDefault="00C104AF" w:rsidP="00C10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F46F06" w14:textId="77777777" w:rsidR="00C104AF" w:rsidRDefault="00C104AF" w:rsidP="00C104AF">
      <w:pPr>
        <w:spacing w:after="0" w:line="240" w:lineRule="auto"/>
      </w:pPr>
      <w:r>
        <w:separator/>
      </w:r>
    </w:p>
  </w:footnote>
  <w:footnote w:type="continuationSeparator" w:id="0">
    <w:p w14:paraId="19ACB72C" w14:textId="77777777" w:rsidR="00C104AF" w:rsidRDefault="00C104AF" w:rsidP="00C104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A3C4F" w14:textId="4DA896B0" w:rsidR="00C104AF" w:rsidRPr="00C104AF" w:rsidRDefault="00C104AF" w:rsidP="00C104AF">
    <w:pPr>
      <w:rPr>
        <w:sz w:val="28"/>
        <w:szCs w:val="28"/>
      </w:rPr>
    </w:pPr>
    <w:r w:rsidRPr="00C104AF">
      <w:rPr>
        <w:sz w:val="28"/>
        <w:szCs w:val="28"/>
      </w:rPr>
      <w:t>Richard Roberts St Chad’s &amp; St John’s Photographic Contest</w:t>
    </w:r>
  </w:p>
  <w:p w14:paraId="40A3DE84" w14:textId="77777777" w:rsidR="00C104AF" w:rsidRDefault="00C104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9756267">
    <w:abstractNumId w:val="8"/>
  </w:num>
  <w:num w:numId="2" w16cid:durableId="1133908721">
    <w:abstractNumId w:val="6"/>
  </w:num>
  <w:num w:numId="3" w16cid:durableId="138960392">
    <w:abstractNumId w:val="5"/>
  </w:num>
  <w:num w:numId="4" w16cid:durableId="886376540">
    <w:abstractNumId w:val="4"/>
  </w:num>
  <w:num w:numId="5" w16cid:durableId="1924755914">
    <w:abstractNumId w:val="7"/>
  </w:num>
  <w:num w:numId="6" w16cid:durableId="1478955099">
    <w:abstractNumId w:val="3"/>
  </w:num>
  <w:num w:numId="7" w16cid:durableId="1776123851">
    <w:abstractNumId w:val="2"/>
  </w:num>
  <w:num w:numId="8" w16cid:durableId="651256913">
    <w:abstractNumId w:val="1"/>
  </w:num>
  <w:num w:numId="9" w16cid:durableId="4763821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291E"/>
    <w:rsid w:val="00034616"/>
    <w:rsid w:val="0006063C"/>
    <w:rsid w:val="0015074B"/>
    <w:rsid w:val="00197C04"/>
    <w:rsid w:val="0028012B"/>
    <w:rsid w:val="0029639D"/>
    <w:rsid w:val="002C1D31"/>
    <w:rsid w:val="00326F90"/>
    <w:rsid w:val="00AA1D8D"/>
    <w:rsid w:val="00B47730"/>
    <w:rsid w:val="00C104AF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20452D"/>
  <w14:defaultImageDpi w14:val="300"/>
  <w15:docId w15:val="{C5957E83-2348-45E6-8524-0BE74B61B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 Light" w:eastAsia="Calibri Light" w:hAnsi="Calibri Light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FOSTER, LESLEY</cp:lastModifiedBy>
  <cp:revision>3</cp:revision>
  <dcterms:created xsi:type="dcterms:W3CDTF">2025-10-31T12:50:00Z</dcterms:created>
  <dcterms:modified xsi:type="dcterms:W3CDTF">2025-11-04T13:01:00Z</dcterms:modified>
  <cp:category/>
</cp:coreProperties>
</file>